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方正小标宋简体" w:hAnsi="方正小标宋简体" w:eastAsia="方正小标宋简体"/>
          <w:b w:val="0"/>
          <w:sz w:val="44"/>
        </w:rPr>
        <w:t>应聘诚信承诺书</w:t>
      </w:r>
    </w:p>
    <w:p>
      <w:r>
        <w:rPr>
          <w:rFonts w:ascii="仿宋_GB2312" w:hAnsi="仿宋_GB2312" w:eastAsia="仿宋_GB2312"/>
          <w:b w:val="0"/>
          <w:sz w:val="28"/>
        </w:rPr>
        <w:t>佛山市北江建设投资有限公司：</w:t>
      </w:r>
    </w:p>
    <w:p>
      <w:pPr>
        <w:ind w:firstLine="420"/>
      </w:pPr>
      <w:r>
        <w:rPr>
          <w:rFonts w:ascii="仿宋_GB2312" w:hAnsi="仿宋_GB2312" w:eastAsia="仿宋_GB2312"/>
          <w:b w:val="0"/>
          <w:sz w:val="28"/>
        </w:rPr>
        <w:t>本人　＿＿＿＿＿＿，身份证号：＿＿＿＿＿＿＿＿＿＿＿＿＿＿＿＿＿＿＿＿，联系电话：＿＿＿＿＿＿＿＿＿＿＿。本人报考贵公司＿＿＿＿＿＿＿＿＿（招聘岗位）岗位，现郑重承诺如下：</w:t>
      </w:r>
    </w:p>
    <w:p>
      <w:pPr>
        <w:ind w:firstLine="420"/>
      </w:pPr>
      <w:r>
        <w:rPr>
          <w:rFonts w:ascii="仿宋_GB2312" w:hAnsi="仿宋_GB2312" w:eastAsia="仿宋_GB2312"/>
          <w:b w:val="0"/>
          <w:sz w:val="28"/>
        </w:rPr>
        <w:t>一、本人如实填写报名资料，所提供的身份证件、学历学位证书、资格证书及其他材料均真实、有效、完整，不伪造、不涂改、不弄虚作假；</w:t>
      </w:r>
    </w:p>
    <w:p>
      <w:pPr>
        <w:ind w:firstLine="420"/>
      </w:pPr>
      <w:r>
        <w:rPr>
          <w:rFonts w:ascii="仿宋_GB2312" w:hAnsi="仿宋_GB2312" w:eastAsia="仿宋_GB2312"/>
          <w:b w:val="0"/>
          <w:sz w:val="28"/>
        </w:rPr>
        <w:t>二、本人不存在下列不得报考情形：现役军人；曾被开除公职、党籍、团籍、高等教育学籍；尚未解除纪律处分或正在接受纪律审查；刑事处罚期限未满或涉嫌违法犯罪正在接受调查；被依法列为失信联合惩戒对象；存在影响招聘公正性的其他利益关系或应聘后构成回避关系；以及法律法规规定不宜聘用的其他情形；</w:t>
      </w:r>
    </w:p>
    <w:p>
      <w:pPr>
        <w:ind w:firstLine="420"/>
      </w:pPr>
      <w:r>
        <w:rPr>
          <w:rFonts w:ascii="仿宋_GB2312" w:hAnsi="仿宋_GB2312" w:eastAsia="仿宋_GB2312"/>
          <w:b w:val="0"/>
          <w:sz w:val="28"/>
        </w:rPr>
        <w:t>三、本人诚实守信，笔试、面试、体检、考察等各环节均自觉遵守招聘纪律，不弄虚作假、不干扰招聘秩序；</w:t>
      </w:r>
    </w:p>
    <w:p>
      <w:pPr>
        <w:ind w:firstLine="420"/>
      </w:pPr>
      <w:r>
        <w:rPr>
          <w:rFonts w:ascii="仿宋_GB2312" w:hAnsi="仿宋_GB2312" w:eastAsia="仿宋_GB2312"/>
          <w:b w:val="0"/>
          <w:sz w:val="28"/>
        </w:rPr>
        <w:t>四、本人如实申报与应聘岗位有关的亲属关系和其他可能影响招聘公正性的关系，自觉遵守回避规定；</w:t>
      </w:r>
    </w:p>
    <w:p>
      <w:pPr>
        <w:ind w:firstLine="420"/>
      </w:pPr>
      <w:r>
        <w:rPr>
          <w:rFonts w:ascii="仿宋_GB2312" w:hAnsi="仿宋_GB2312" w:eastAsia="仿宋_GB2312"/>
          <w:b w:val="0"/>
          <w:sz w:val="28"/>
        </w:rPr>
        <w:t>五、本人对提供的全部信息和材料负责，资格审核贯穿招聘工作全过程。若违反上述承诺，本人自愿接受取消应聘（考试、聘用）资格、不予录用、解除聘用关系等处理，并承担由此产生的一切法律责任。</w:t>
      </w:r>
    </w:p>
    <w:p/>
    <w:p>
      <w:pPr>
        <w:jc w:val="right"/>
      </w:pPr>
      <w:r>
        <w:rPr>
          <w:rFonts w:ascii="仿宋_GB2312" w:hAnsi="仿宋_GB2312" w:eastAsia="仿宋_GB2312"/>
          <w:b w:val="0"/>
          <w:sz w:val="28"/>
        </w:rPr>
        <w:t>承诺人（签名）：＿＿＿＿＿＿＿＿＿＿</w:t>
      </w:r>
    </w:p>
    <w:p>
      <w:pPr>
        <w:jc w:val="right"/>
      </w:pPr>
      <w:r>
        <w:rPr>
          <w:rFonts w:ascii="仿宋_GB2312" w:hAnsi="仿宋_GB2312" w:eastAsia="仿宋_GB2312"/>
          <w:b w:val="0"/>
          <w:sz w:val="28"/>
        </w:rPr>
        <w:t>日期：　　　　年　　月　　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_GB2312" w:hAnsi="仿宋_GB2312" w:eastAsia="仿宋_GB2312"/>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7642893737038954758-data_volume/files/招聘河涌管养人员/应聘诚信承诺书.docx","ReservedCode1":"","ContentPropagator":"001191110102MACQD9K64028705","PropagateID":"3594720397236708#1789029240332","ReservedCode2":""}</vt:lpwstr>
  </property>
</Properties>
</file>