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8F96D">
      <w:pPr>
        <w:spacing w:line="560" w:lineRule="exact"/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附件2</w:t>
      </w:r>
    </w:p>
    <w:p w14:paraId="375F8C78">
      <w:pPr>
        <w:spacing w:line="660" w:lineRule="exact"/>
        <w:jc w:val="center"/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2026年泰州市建设工程施工图设计审查中心</w:t>
      </w:r>
    </w:p>
    <w:p w14:paraId="18020ABC">
      <w:pPr>
        <w:spacing w:line="66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施工图审查人员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p w14:paraId="19BB53A6">
      <w:pPr>
        <w:pStyle w:val="6"/>
        <w:spacing w:beforeAutospacing="0" w:afterAutospacing="0" w:line="620" w:lineRule="exact"/>
        <w:jc w:val="both"/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基本情况</w:t>
      </w:r>
    </w:p>
    <w:tbl>
      <w:tblPr>
        <w:tblStyle w:val="7"/>
        <w:tblW w:w="9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98"/>
        <w:gridCol w:w="1017"/>
        <w:gridCol w:w="243"/>
        <w:gridCol w:w="857"/>
        <w:gridCol w:w="297"/>
        <w:gridCol w:w="971"/>
        <w:gridCol w:w="445"/>
        <w:gridCol w:w="1055"/>
        <w:gridCol w:w="1066"/>
        <w:gridCol w:w="560"/>
        <w:gridCol w:w="235"/>
        <w:gridCol w:w="289"/>
        <w:gridCol w:w="1121"/>
      </w:tblGrid>
      <w:tr w14:paraId="3D5E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531D94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招考岗位</w:t>
            </w:r>
          </w:p>
        </w:tc>
        <w:tc>
          <w:tcPr>
            <w:tcW w:w="3385" w:type="dxa"/>
            <w:gridSpan w:val="5"/>
            <w:vAlign w:val="center"/>
          </w:tcPr>
          <w:p w14:paraId="04DF484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9574E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26" w:type="dxa"/>
            <w:gridSpan w:val="2"/>
            <w:vAlign w:val="center"/>
          </w:tcPr>
          <w:p w14:paraId="167E75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restart"/>
            <w:vAlign w:val="center"/>
          </w:tcPr>
          <w:p w14:paraId="786D2C3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个人近期二寸免冠彩色照片</w:t>
            </w:r>
          </w:p>
          <w:p w14:paraId="684A9CD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（照片需高清无损）</w:t>
            </w:r>
          </w:p>
        </w:tc>
      </w:tr>
      <w:tr w14:paraId="0A8D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66F0B49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60" w:type="dxa"/>
            <w:gridSpan w:val="2"/>
            <w:vAlign w:val="center"/>
          </w:tcPr>
          <w:p w14:paraId="2E9D099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002E9AA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971" w:type="dxa"/>
            <w:vAlign w:val="center"/>
          </w:tcPr>
          <w:p w14:paraId="7A310DE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B38B91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26" w:type="dxa"/>
            <w:gridSpan w:val="2"/>
            <w:vAlign w:val="center"/>
          </w:tcPr>
          <w:p w14:paraId="10062F5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 w14:paraId="2C4E633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AF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6B8DCA2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60" w:type="dxa"/>
            <w:gridSpan w:val="2"/>
            <w:vAlign w:val="center"/>
          </w:tcPr>
          <w:p w14:paraId="420C3EB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6D7496A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971" w:type="dxa"/>
            <w:vAlign w:val="center"/>
          </w:tcPr>
          <w:p w14:paraId="4B936DE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94E2DE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1626" w:type="dxa"/>
            <w:gridSpan w:val="2"/>
            <w:vAlign w:val="center"/>
          </w:tcPr>
          <w:p w14:paraId="73680EB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 w14:paraId="21F2529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2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1298" w:type="dxa"/>
            <w:vAlign w:val="center"/>
          </w:tcPr>
          <w:p w14:paraId="3EFC681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14:paraId="7875B32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753EA13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971" w:type="dxa"/>
            <w:vAlign w:val="center"/>
          </w:tcPr>
          <w:p w14:paraId="6ADE6B9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428FAA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626" w:type="dxa"/>
            <w:gridSpan w:val="2"/>
            <w:vAlign w:val="center"/>
          </w:tcPr>
          <w:p w14:paraId="6A63BFE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 w14:paraId="03C8430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31F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5B60A7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C319F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D25EA2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271" w:type="dxa"/>
            <w:gridSpan w:val="5"/>
            <w:vAlign w:val="center"/>
          </w:tcPr>
          <w:p w14:paraId="342EA1B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B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17064BF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7BD40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1D9D2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紧急联系方式</w:t>
            </w:r>
          </w:p>
        </w:tc>
        <w:tc>
          <w:tcPr>
            <w:tcW w:w="3271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8D84C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2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23881FD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35FA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C7741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技术职称</w:t>
            </w:r>
          </w:p>
        </w:tc>
        <w:tc>
          <w:tcPr>
            <w:tcW w:w="3271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1DC20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B0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6B694F5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执业资格</w:t>
            </w:r>
          </w:p>
        </w:tc>
        <w:tc>
          <w:tcPr>
            <w:tcW w:w="3385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7BF99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A3175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执业</w:t>
            </w:r>
          </w:p>
          <w:p w14:paraId="7B54780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印章号</w:t>
            </w:r>
          </w:p>
        </w:tc>
        <w:tc>
          <w:tcPr>
            <w:tcW w:w="3271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40E9B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C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442C358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从事勘察</w:t>
            </w:r>
          </w:p>
          <w:p w14:paraId="4682B4C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设计类型</w:t>
            </w:r>
          </w:p>
        </w:tc>
        <w:tc>
          <w:tcPr>
            <w:tcW w:w="126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48A23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工程勘察</w:t>
            </w:r>
          </w:p>
        </w:tc>
        <w:tc>
          <w:tcPr>
            <w:tcW w:w="2125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D5394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4F90B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建筑工程</w:t>
            </w:r>
          </w:p>
        </w:tc>
        <w:tc>
          <w:tcPr>
            <w:tcW w:w="106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0D5BD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5BED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市政</w:t>
            </w:r>
          </w:p>
          <w:p w14:paraId="17EA58E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</w:t>
            </w:r>
          </w:p>
        </w:tc>
        <w:tc>
          <w:tcPr>
            <w:tcW w:w="141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F5026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5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 w14:paraId="2803B30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26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61FBB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1CA99CC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125" w:type="dxa"/>
            <w:gridSpan w:val="3"/>
            <w:vAlign w:val="center"/>
          </w:tcPr>
          <w:p w14:paraId="07BA7EF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3CB3E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CBEE46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271" w:type="dxa"/>
            <w:gridSpan w:val="5"/>
            <w:vAlign w:val="center"/>
          </w:tcPr>
          <w:p w14:paraId="414DFC9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C0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</w:tcPr>
          <w:p w14:paraId="06876E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7D746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05745DF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125" w:type="dxa"/>
            <w:gridSpan w:val="3"/>
            <w:vAlign w:val="center"/>
          </w:tcPr>
          <w:p w14:paraId="78E32A7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64A678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65434CA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271" w:type="dxa"/>
            <w:gridSpan w:val="5"/>
            <w:vAlign w:val="center"/>
          </w:tcPr>
          <w:p w14:paraId="70DD81A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4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 w14:paraId="65EFEB3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0823488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（自高中写起）</w:t>
            </w:r>
          </w:p>
        </w:tc>
        <w:tc>
          <w:tcPr>
            <w:tcW w:w="2117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E3EF2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  <w:p w14:paraId="6EAAD32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（年、月）</w:t>
            </w:r>
          </w:p>
        </w:tc>
        <w:tc>
          <w:tcPr>
            <w:tcW w:w="4918" w:type="dxa"/>
            <w:gridSpan w:val="8"/>
            <w:vMerge w:val="restart"/>
            <w:vAlign w:val="center"/>
          </w:tcPr>
          <w:p w14:paraId="25F6463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1121" w:type="dxa"/>
            <w:vMerge w:val="restart"/>
            <w:vAlign w:val="center"/>
          </w:tcPr>
          <w:p w14:paraId="45CFA7A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</w:tr>
      <w:tr w14:paraId="330B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4312F16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DE278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6E42B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止</w:t>
            </w:r>
          </w:p>
        </w:tc>
        <w:tc>
          <w:tcPr>
            <w:tcW w:w="4918" w:type="dxa"/>
            <w:gridSpan w:val="8"/>
            <w:vMerge w:val="continue"/>
            <w:vAlign w:val="center"/>
          </w:tcPr>
          <w:p w14:paraId="0000616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Merge w:val="continue"/>
            <w:vAlign w:val="center"/>
          </w:tcPr>
          <w:p w14:paraId="1F6F8F4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C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62BCCA5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54937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62F05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8" w:type="dxa"/>
            <w:gridSpan w:val="8"/>
            <w:vAlign w:val="center"/>
          </w:tcPr>
          <w:p w14:paraId="2C4B669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Align w:val="center"/>
          </w:tcPr>
          <w:p w14:paraId="0880C59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E23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2FC7F44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92ACB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240F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8" w:type="dxa"/>
            <w:gridSpan w:val="8"/>
            <w:vAlign w:val="center"/>
          </w:tcPr>
          <w:p w14:paraId="5C0EB74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Align w:val="center"/>
          </w:tcPr>
          <w:p w14:paraId="36A76C8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7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Align w:val="center"/>
          </w:tcPr>
          <w:p w14:paraId="2C8D5C9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AF861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11C59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8" w:type="dxa"/>
            <w:gridSpan w:val="8"/>
            <w:vAlign w:val="center"/>
          </w:tcPr>
          <w:p w14:paraId="2767C6A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Align w:val="center"/>
          </w:tcPr>
          <w:p w14:paraId="564B1F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1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restart"/>
            <w:vAlign w:val="center"/>
          </w:tcPr>
          <w:p w14:paraId="75145D0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38D6342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及主要社会关系（包含配偶、父母、子女等）</w:t>
            </w: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13D49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193E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713" w:type="dxa"/>
            <w:gridSpan w:val="3"/>
            <w:vAlign w:val="center"/>
          </w:tcPr>
          <w:p w14:paraId="71A5F6F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326" w:type="dxa"/>
            <w:gridSpan w:val="6"/>
            <w:vAlign w:val="center"/>
          </w:tcPr>
          <w:p w14:paraId="62FECEE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2AE8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0F5E47D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B379D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BA7A3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0461DD3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6" w:type="dxa"/>
            <w:gridSpan w:val="6"/>
            <w:vAlign w:val="center"/>
          </w:tcPr>
          <w:p w14:paraId="327D339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0C8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427E806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E8AA7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5F7A1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1AD7CBB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6" w:type="dxa"/>
            <w:gridSpan w:val="6"/>
            <w:vAlign w:val="center"/>
          </w:tcPr>
          <w:p w14:paraId="43A01C2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4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0" w:hRule="atLeast"/>
          <w:jc w:val="center"/>
        </w:trPr>
        <w:tc>
          <w:tcPr>
            <w:tcW w:w="1298" w:type="dxa"/>
            <w:vMerge w:val="continue"/>
            <w:vAlign w:val="center"/>
          </w:tcPr>
          <w:p w14:paraId="44C7A15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305CD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F7378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0D311CB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6" w:type="dxa"/>
            <w:gridSpan w:val="6"/>
            <w:vAlign w:val="center"/>
          </w:tcPr>
          <w:p w14:paraId="5F94C68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2B09474">
      <w:pPr>
        <w:pStyle w:val="6"/>
        <w:spacing w:beforeAutospacing="0" w:afterAutospacing="0" w:line="620" w:lineRule="exact"/>
        <w:jc w:val="both"/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主要勘察设计及审查工作经历</w:t>
      </w:r>
    </w:p>
    <w:tbl>
      <w:tblPr>
        <w:tblStyle w:val="7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431"/>
        <w:gridCol w:w="3064"/>
        <w:gridCol w:w="1984"/>
        <w:gridCol w:w="1964"/>
      </w:tblGrid>
      <w:tr w14:paraId="32B2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051282B9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3064" w:type="dxa"/>
            <w:vAlign w:val="center"/>
          </w:tcPr>
          <w:p w14:paraId="468C7A2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984" w:type="dxa"/>
            <w:vAlign w:val="center"/>
          </w:tcPr>
          <w:p w14:paraId="146EE5E2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从事何技术工作</w:t>
            </w:r>
          </w:p>
        </w:tc>
        <w:tc>
          <w:tcPr>
            <w:tcW w:w="1964" w:type="dxa"/>
            <w:vAlign w:val="center"/>
          </w:tcPr>
          <w:p w14:paraId="27F5BC89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职务及职称</w:t>
            </w:r>
          </w:p>
        </w:tc>
      </w:tr>
      <w:tr w14:paraId="7D58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2F8810DB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0E6F334C">
            <w:pPr>
              <w:spacing w:line="3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3697F56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67CBDB6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9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52ACFFA1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6E3FF534">
            <w:pPr>
              <w:spacing w:line="3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6C35EA40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311C2B4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C6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71CD88C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5BBC69D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72ECEEB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07B0044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8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2A69BC3D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0F8A197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EF75E38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C43AC1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97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3C4E59C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1C8CE62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3B4A0BD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EC131F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17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6DD483D6">
            <w:pPr>
              <w:spacing w:line="400" w:lineRule="exact"/>
              <w:ind w:firstLine="110" w:firstLineChars="50"/>
              <w:jc w:val="lef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15526E8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4D0B940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3A6B059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4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1E594A37">
            <w:pPr>
              <w:spacing w:line="400" w:lineRule="exact"/>
              <w:ind w:firstLine="110" w:firstLineChars="50"/>
              <w:jc w:val="lef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1699698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08BC51F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361E8D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1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431" w:type="dxa"/>
            <w:vAlign w:val="center"/>
          </w:tcPr>
          <w:p w14:paraId="58C68CB4">
            <w:pPr>
              <w:spacing w:line="400" w:lineRule="exact"/>
              <w:ind w:firstLine="110" w:firstLineChars="50"/>
              <w:jc w:val="lef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4" w:type="dxa"/>
            <w:vAlign w:val="center"/>
          </w:tcPr>
          <w:p w14:paraId="746CD51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6931098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Align w:val="center"/>
          </w:tcPr>
          <w:p w14:paraId="5201DD8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30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2431" w:type="dxa"/>
            <w:vAlign w:val="center"/>
          </w:tcPr>
          <w:p w14:paraId="41B4A7A6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遵守职业道德情况</w:t>
            </w:r>
          </w:p>
        </w:tc>
        <w:tc>
          <w:tcPr>
            <w:tcW w:w="7012" w:type="dxa"/>
            <w:gridSpan w:val="3"/>
          </w:tcPr>
          <w:p w14:paraId="74EDB38A">
            <w:pPr>
              <w:spacing w:line="120" w:lineRule="atLeast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762AD33F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98F706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E7262C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A8B1B1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B9D123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CA714D">
            <w:pPr>
              <w:spacing w:line="120" w:lineRule="atLeast"/>
              <w:ind w:firstLine="434" w:firstLineChars="197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8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7" w:hRule="atLeast"/>
          <w:jc w:val="center"/>
        </w:trPr>
        <w:tc>
          <w:tcPr>
            <w:tcW w:w="2431" w:type="dxa"/>
            <w:vAlign w:val="center"/>
          </w:tcPr>
          <w:p w14:paraId="200D7655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现行相应专业标准、</w:t>
            </w:r>
          </w:p>
          <w:p w14:paraId="3F6CFF80"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规范掌握程度</w:t>
            </w:r>
          </w:p>
        </w:tc>
        <w:tc>
          <w:tcPr>
            <w:tcW w:w="7012" w:type="dxa"/>
            <w:gridSpan w:val="3"/>
            <w:vAlign w:val="center"/>
          </w:tcPr>
          <w:p w14:paraId="18053962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7C5414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329ABF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8B6985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8CF1AA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B74F449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106EA7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0C0A09">
            <w:pPr>
              <w:spacing w:line="120" w:lineRule="atLeas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BFE349">
      <w:pPr>
        <w:spacing w:after="120" w:line="40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1CC314CE">
      <w:pPr>
        <w:pStyle w:val="6"/>
        <w:spacing w:beforeAutospacing="0" w:afterAutospacing="0" w:line="620" w:lineRule="exact"/>
        <w:jc w:val="both"/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方正仿宋_GBK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主要勘察设计业绩</w:t>
      </w:r>
    </w:p>
    <w:tbl>
      <w:tblPr>
        <w:tblStyle w:val="7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10"/>
        <w:gridCol w:w="1216"/>
        <w:gridCol w:w="1682"/>
        <w:gridCol w:w="2310"/>
        <w:gridCol w:w="1975"/>
        <w:gridCol w:w="1913"/>
      </w:tblGrid>
      <w:tr w14:paraId="201B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110" w:hRule="atLeast"/>
          <w:jc w:val="center"/>
        </w:trPr>
        <w:tc>
          <w:tcPr>
            <w:tcW w:w="510" w:type="dxa"/>
            <w:vAlign w:val="center"/>
          </w:tcPr>
          <w:p w14:paraId="0DC1FCB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16" w:type="dxa"/>
            <w:vAlign w:val="center"/>
          </w:tcPr>
          <w:p w14:paraId="1991565A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起始时间</w:t>
            </w:r>
          </w:p>
        </w:tc>
        <w:tc>
          <w:tcPr>
            <w:tcW w:w="1682" w:type="dxa"/>
            <w:vAlign w:val="center"/>
          </w:tcPr>
          <w:p w14:paraId="0D627EAC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勘察设计</w:t>
            </w:r>
          </w:p>
          <w:p w14:paraId="3D0BE34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310" w:type="dxa"/>
            <w:vAlign w:val="center"/>
          </w:tcPr>
          <w:p w14:paraId="537A4C84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规模及等级</w:t>
            </w:r>
          </w:p>
        </w:tc>
        <w:tc>
          <w:tcPr>
            <w:tcW w:w="1975" w:type="dxa"/>
            <w:vAlign w:val="center"/>
          </w:tcPr>
          <w:p w14:paraId="3201FD90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勘察设计阶段（初勘、详勘、方案、初设、施工图）</w:t>
            </w:r>
          </w:p>
        </w:tc>
        <w:tc>
          <w:tcPr>
            <w:tcW w:w="1913" w:type="dxa"/>
            <w:vAlign w:val="center"/>
          </w:tcPr>
          <w:p w14:paraId="743C91C1">
            <w:pPr>
              <w:spacing w:line="300" w:lineRule="exact"/>
              <w:jc w:val="center"/>
              <w:rPr>
                <w:rFonts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完成情况及效果（获何奖励）</w:t>
            </w:r>
          </w:p>
        </w:tc>
      </w:tr>
      <w:tr w14:paraId="3249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atLeast"/>
          <w:jc w:val="center"/>
        </w:trPr>
        <w:tc>
          <w:tcPr>
            <w:tcW w:w="510" w:type="dxa"/>
            <w:vAlign w:val="center"/>
          </w:tcPr>
          <w:p w14:paraId="18BD19E6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55B4F851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051D83E3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1FCB92A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47050B0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6BD62CB1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B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atLeast"/>
          <w:jc w:val="center"/>
        </w:trPr>
        <w:tc>
          <w:tcPr>
            <w:tcW w:w="510" w:type="dxa"/>
            <w:vAlign w:val="center"/>
          </w:tcPr>
          <w:p w14:paraId="217F3A1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12C32D91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6373FCB7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1D5B7970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2DB0A61E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0B1A602D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93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atLeast"/>
          <w:jc w:val="center"/>
        </w:trPr>
        <w:tc>
          <w:tcPr>
            <w:tcW w:w="510" w:type="dxa"/>
            <w:vAlign w:val="center"/>
          </w:tcPr>
          <w:p w14:paraId="0D74AB3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3327084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29AFF50F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2AFC823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3CA93823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4A4A2EA">
            <w:pPr>
              <w:spacing w:line="420" w:lineRule="exac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1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68" w:hRule="atLeast"/>
          <w:jc w:val="center"/>
        </w:trPr>
        <w:tc>
          <w:tcPr>
            <w:tcW w:w="510" w:type="dxa"/>
            <w:vAlign w:val="center"/>
          </w:tcPr>
          <w:p w14:paraId="66C68AB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1FA20095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0BFFE751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403C3A08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3D65BBBE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7744DE5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8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68" w:hRule="atLeast"/>
          <w:jc w:val="center"/>
        </w:trPr>
        <w:tc>
          <w:tcPr>
            <w:tcW w:w="510" w:type="dxa"/>
            <w:vAlign w:val="center"/>
          </w:tcPr>
          <w:p w14:paraId="14A3E1D9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2EA4DA96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441B65BC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486660AC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125CC610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38ABA1B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41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51" w:hRule="atLeast"/>
          <w:jc w:val="center"/>
        </w:trPr>
        <w:tc>
          <w:tcPr>
            <w:tcW w:w="510" w:type="dxa"/>
            <w:vAlign w:val="center"/>
          </w:tcPr>
          <w:p w14:paraId="708AD27F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6E32CE9B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2" w:type="dxa"/>
            <w:vAlign w:val="center"/>
          </w:tcPr>
          <w:p w14:paraId="70738242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Align w:val="center"/>
          </w:tcPr>
          <w:p w14:paraId="412DB20A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vAlign w:val="center"/>
          </w:tcPr>
          <w:p w14:paraId="18A53C82"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1F2FD76B">
            <w:pPr>
              <w:spacing w:line="420" w:lineRule="exact"/>
              <w:jc w:val="left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4E51C7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注：主要勘察设计业绩不少于5项，且应作为主持人完成的大型项目。</w:t>
      </w:r>
    </w:p>
    <w:p w14:paraId="061EBA4D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