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20AEE6">
      <w:pPr>
        <w:spacing w:line="560" w:lineRule="exact"/>
        <w:rPr>
          <w:rStyle w:val="9"/>
          <w:rFonts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Style w:val="9"/>
          <w:rFonts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Style w:val="9"/>
          <w:rFonts w:hint="eastAsia" w:ascii="黑体" w:hAnsi="黑体" w:eastAsia="黑体" w:cs="黑体"/>
          <w:b w:val="0"/>
          <w:bCs/>
          <w:color w:val="000000" w:themeColor="text1"/>
          <w:spacing w:val="8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</w:t>
      </w:r>
    </w:p>
    <w:p w14:paraId="04393E2B">
      <w:pPr>
        <w:ind w:left="582" w:hanging="582" w:hangingChars="200"/>
        <w:jc w:val="left"/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 w14:paraId="426C04AA">
      <w:pPr>
        <w:jc w:val="center"/>
        <w:rPr>
          <w:rFonts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报名事项诚信承诺书</w:t>
      </w:r>
    </w:p>
    <w:p w14:paraId="01FBD481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本人已仔细阅读《2026年泰州市建设工程施工图设计审查中心施工图审查人员招聘公告》，清楚并理解其内容。在此我郑重承诺：</w:t>
      </w:r>
    </w:p>
    <w:p w14:paraId="5082E206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1、自觉遵守本次公开招聘的有关规定；</w:t>
      </w:r>
    </w:p>
    <w:p w14:paraId="1FCD5A70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2、本人符合本项招聘报名条件，填报的信息和提交的所有证件、图纸等相关资料均真实、准确、有效；愿意接受并配合考试组织机构的核查；</w:t>
      </w:r>
    </w:p>
    <w:p w14:paraId="390122A4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3、严格遵守考试纪律，不违纪，不违规，并认真履行报考人员的各项义务；</w:t>
      </w:r>
    </w:p>
    <w:p w14:paraId="45DF8038">
      <w:pPr>
        <w:spacing w:line="580" w:lineRule="exact"/>
        <w:ind w:firstLine="662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4、如有违反，本人自愿承担相应责任。 </w:t>
      </w:r>
    </w:p>
    <w:p w14:paraId="05963166">
      <w:pPr>
        <w:rPr>
          <w:rFonts w:ascii="方正仿宋_GBK" w:hAnsi="方正仿宋_GBK" w:eastAsia="方正仿宋_GBK" w:cs="方正仿宋_GBK"/>
          <w:sz w:val="32"/>
          <w:szCs w:val="32"/>
        </w:rPr>
      </w:pPr>
    </w:p>
    <w:p w14:paraId="4C7233E1">
      <w:pPr>
        <w:rPr>
          <w:rFonts w:ascii="方正仿宋_GBK" w:hAnsi="方正仿宋_GBK" w:eastAsia="方正仿宋_GBK" w:cs="方正仿宋_GBK"/>
          <w:sz w:val="32"/>
          <w:szCs w:val="32"/>
        </w:rPr>
      </w:pPr>
    </w:p>
    <w:p w14:paraId="3226195B"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承诺人：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</w:p>
    <w:p w14:paraId="7A79C3C8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身份证号：         </w:t>
      </w:r>
    </w:p>
    <w:p w14:paraId="752EE1D9">
      <w:pPr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承诺时间： </w:t>
      </w:r>
    </w:p>
    <w:p w14:paraId="4AAB5321">
      <w:pPr>
        <w:ind w:left="582" w:hanging="582" w:hangingChars="200"/>
        <w:jc w:val="left"/>
        <w:rPr>
          <w:rFonts w:ascii="Times New Roman" w:hAnsi="Times New Roman" w:eastAsia="方正仿宋_GBK" w:cs="Times New Roman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